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59CA" w14:textId="77777777" w:rsidR="00715EB0" w:rsidRPr="00DA52A3" w:rsidRDefault="00715EB0">
      <w:pPr>
        <w:rPr>
          <w:rFonts w:ascii="Arial Narrow" w:hAnsi="Arial Narrow"/>
          <w:sz w:val="24"/>
          <w:szCs w:val="24"/>
          <w:lang w:val="mk-MK"/>
        </w:rPr>
      </w:pPr>
    </w:p>
    <w:p w14:paraId="0FF96397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>До</w:t>
      </w:r>
    </w:p>
    <w:p w14:paraId="6D6E5D16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sz w:val="24"/>
          <w:szCs w:val="24"/>
          <w:lang w:val="ru-RU"/>
        </w:rPr>
        <w:t>Македонска берза на хартии од вредност АД</w:t>
      </w:r>
      <w:r w:rsidRPr="00DA52A3">
        <w:rPr>
          <w:rFonts w:ascii="Arial Narrow" w:hAnsi="Arial Narrow"/>
          <w:sz w:val="24"/>
          <w:szCs w:val="24"/>
          <w:lang w:val="ru-RU"/>
        </w:rPr>
        <w:br/>
        <w:t>ул. Орце Николов бр. 75</w:t>
      </w:r>
      <w:r w:rsidRPr="00DA52A3">
        <w:rPr>
          <w:rFonts w:ascii="Arial Narrow" w:hAnsi="Arial Narrow"/>
          <w:sz w:val="24"/>
          <w:szCs w:val="24"/>
          <w:lang w:val="ru-RU"/>
        </w:rPr>
        <w:br/>
        <w:t>1000 Скопје</w:t>
      </w:r>
    </w:p>
    <w:p w14:paraId="3DF60EE7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>Предмет: Известување за промени во работењето</w:t>
      </w:r>
    </w:p>
    <w:p w14:paraId="23A67BC7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sz w:val="24"/>
          <w:szCs w:val="24"/>
          <w:lang w:val="ru-RU"/>
        </w:rPr>
        <w:t>Почитувани,</w:t>
      </w:r>
    </w:p>
    <w:p w14:paraId="44E73C30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sz w:val="24"/>
          <w:szCs w:val="24"/>
          <w:lang w:val="ru-RU"/>
        </w:rPr>
        <w:t>Во согласност со член 166-б став (1) од Законот за хартии од вредност, а врз основа на акти донесени од страна на друштвото, Решение од Агенцијата за супервизија на осигурување, Решение од Комисија за хартии од вредност и соодветните акти донесени од страна на Централниот регистар, Ве известуваме за следните промени во работењето на Друштвото:</w:t>
      </w:r>
    </w:p>
    <w:p w14:paraId="08149C94" w14:textId="28D86FFC" w:rsidR="00DA52A3" w:rsidRDefault="00000000" w:rsidP="00DA52A3">
      <w:pPr>
        <w:ind w:left="283" w:hanging="283"/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 xml:space="preserve">1. </w:t>
      </w:r>
      <w:r w:rsidRPr="00DA52A3">
        <w:rPr>
          <w:rFonts w:ascii="Arial Narrow" w:hAnsi="Arial Narrow"/>
          <w:sz w:val="24"/>
          <w:szCs w:val="24"/>
          <w:lang w:val="ru-RU"/>
        </w:rPr>
        <w:t xml:space="preserve">Извршена е промена на називот на друштвото од </w:t>
      </w:r>
      <w:r w:rsidR="00DA52A3">
        <w:rPr>
          <w:rFonts w:ascii="Arial Narrow" w:hAnsi="Arial Narrow"/>
          <w:sz w:val="24"/>
          <w:szCs w:val="24"/>
          <w:lang w:val="ru-RU"/>
        </w:rPr>
        <w:t>АД МАЛОПРОДАЖБА СО УГОСТИТЕЛСТВО Струмица</w:t>
      </w:r>
      <w:r w:rsidRPr="00DA52A3">
        <w:rPr>
          <w:rFonts w:ascii="Arial Narrow" w:hAnsi="Arial Narrow"/>
          <w:sz w:val="24"/>
          <w:szCs w:val="24"/>
          <w:lang w:val="ru-RU"/>
        </w:rPr>
        <w:t xml:space="preserve"> во </w:t>
      </w:r>
      <w:r w:rsidR="00DA52A3" w:rsidRPr="00DA52A3">
        <w:rPr>
          <w:rFonts w:ascii="Arial Narrow" w:hAnsi="Arial Narrow"/>
          <w:sz w:val="24"/>
          <w:szCs w:val="24"/>
          <w:lang w:val="ru-RU"/>
        </w:rPr>
        <w:t xml:space="preserve">АД МАЛОПРОДАЖБА СО УГОСТИТЕЛСТВО </w:t>
      </w:r>
      <w:r w:rsidR="00DA52A3">
        <w:rPr>
          <w:rFonts w:ascii="Arial Narrow" w:hAnsi="Arial Narrow"/>
          <w:sz w:val="24"/>
          <w:szCs w:val="24"/>
          <w:lang w:val="ru-RU"/>
        </w:rPr>
        <w:t>Скопје</w:t>
      </w:r>
    </w:p>
    <w:p w14:paraId="6AA4F022" w14:textId="7F6F23A8" w:rsidR="00715EB0" w:rsidRPr="00DA52A3" w:rsidRDefault="00000000" w:rsidP="00DA52A3">
      <w:pPr>
        <w:ind w:left="283" w:hanging="283"/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 xml:space="preserve">2. </w:t>
      </w:r>
      <w:r w:rsidRPr="00DA52A3">
        <w:rPr>
          <w:rFonts w:ascii="Arial Narrow" w:hAnsi="Arial Narrow"/>
          <w:sz w:val="24"/>
          <w:szCs w:val="24"/>
          <w:lang w:val="ru-RU"/>
        </w:rPr>
        <w:t xml:space="preserve">Извршена е промена на седиштето на друштвото, при што новото седиште е на </w:t>
      </w:r>
      <w:r w:rsidR="00DA52A3">
        <w:rPr>
          <w:rFonts w:ascii="Arial Narrow" w:hAnsi="Arial Narrow"/>
          <w:sz w:val="24"/>
          <w:szCs w:val="24"/>
          <w:lang w:val="ru-RU"/>
        </w:rPr>
        <w:t>ул. Козле бр. 143А, Скопје-Карпош</w:t>
      </w:r>
    </w:p>
    <w:p w14:paraId="549D3AFE" w14:textId="58EFB83C" w:rsidR="00715EB0" w:rsidRPr="00DA52A3" w:rsidRDefault="00DA52A3">
      <w:pPr>
        <w:rPr>
          <w:rFonts w:ascii="Arial Narrow" w:hAnsi="Arial Narrow"/>
          <w:sz w:val="24"/>
          <w:szCs w:val="24"/>
          <w:lang w:val="ru-RU"/>
        </w:rPr>
      </w:pPr>
      <w:r>
        <w:rPr>
          <w:rFonts w:ascii="Arial Narrow" w:hAnsi="Arial Narrow"/>
          <w:b/>
          <w:sz w:val="24"/>
          <w:szCs w:val="24"/>
          <w:lang w:val="ru-RU"/>
        </w:rPr>
        <w:t>3</w:t>
      </w:r>
      <w:r w:rsidRPr="00DA52A3">
        <w:rPr>
          <w:rFonts w:ascii="Arial Narrow" w:hAnsi="Arial Narrow"/>
          <w:b/>
          <w:sz w:val="24"/>
          <w:szCs w:val="24"/>
          <w:lang w:val="ru-RU"/>
        </w:rPr>
        <w:t>. Избран е нов состав на Одборот на директори кој го сочинуваат:</w:t>
      </w:r>
    </w:p>
    <w:p w14:paraId="2EECF8AB" w14:textId="096FB4C4" w:rsidR="00715EB0" w:rsidRPr="00DA52A3" w:rsidRDefault="00000000">
      <w:pPr>
        <w:ind w:left="567" w:hanging="283"/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 xml:space="preserve">- </w:t>
      </w:r>
      <w:r w:rsidR="00DA52A3">
        <w:rPr>
          <w:rFonts w:ascii="Arial Narrow" w:hAnsi="Arial Narrow"/>
          <w:sz w:val="24"/>
          <w:szCs w:val="24"/>
          <w:lang w:val="ru-RU"/>
        </w:rPr>
        <w:t>Зоран Настевски</w:t>
      </w:r>
      <w:r w:rsidRPr="00DA52A3">
        <w:rPr>
          <w:rFonts w:ascii="Arial Narrow" w:hAnsi="Arial Narrow"/>
          <w:sz w:val="24"/>
          <w:szCs w:val="24"/>
          <w:lang w:val="ru-RU"/>
        </w:rPr>
        <w:t xml:space="preserve"> – неизвршен член и претседател на одборот на директори;</w:t>
      </w:r>
    </w:p>
    <w:p w14:paraId="540C7C28" w14:textId="2ADC7A4B" w:rsidR="00715EB0" w:rsidRPr="00DA52A3" w:rsidRDefault="00000000">
      <w:pPr>
        <w:ind w:left="567" w:hanging="283"/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 xml:space="preserve">- </w:t>
      </w:r>
      <w:r w:rsidR="00DA52A3">
        <w:rPr>
          <w:rFonts w:ascii="Arial Narrow" w:hAnsi="Arial Narrow"/>
          <w:sz w:val="24"/>
          <w:szCs w:val="24"/>
          <w:lang w:val="ru-RU"/>
        </w:rPr>
        <w:t>Маја Настевска</w:t>
      </w:r>
      <w:r w:rsidRPr="00DA52A3">
        <w:rPr>
          <w:rFonts w:ascii="Arial Narrow" w:hAnsi="Arial Narrow"/>
          <w:sz w:val="24"/>
          <w:szCs w:val="24"/>
          <w:lang w:val="ru-RU"/>
        </w:rPr>
        <w:t xml:space="preserve"> – неизвршен независен член на одборот на директори;</w:t>
      </w:r>
    </w:p>
    <w:p w14:paraId="7E03E1AB" w14:textId="579A6014" w:rsidR="00715EB0" w:rsidRPr="00DA52A3" w:rsidRDefault="00000000">
      <w:pPr>
        <w:ind w:left="567" w:hanging="283"/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 xml:space="preserve">- </w:t>
      </w:r>
      <w:r w:rsidR="00DA52A3">
        <w:rPr>
          <w:rFonts w:ascii="Arial Narrow" w:hAnsi="Arial Narrow"/>
          <w:sz w:val="24"/>
          <w:szCs w:val="24"/>
          <w:lang w:val="ru-RU"/>
        </w:rPr>
        <w:t>Давор Настевски</w:t>
      </w:r>
      <w:r w:rsidRPr="00DA52A3">
        <w:rPr>
          <w:rFonts w:ascii="Arial Narrow" w:hAnsi="Arial Narrow"/>
          <w:sz w:val="24"/>
          <w:szCs w:val="24"/>
          <w:lang w:val="ru-RU"/>
        </w:rPr>
        <w:t xml:space="preserve"> – извршен член на одборот на директори.</w:t>
      </w:r>
    </w:p>
    <w:p w14:paraId="75F566D6" w14:textId="77777777" w:rsidR="00715EB0" w:rsidRPr="00DA52A3" w:rsidRDefault="00715EB0">
      <w:pPr>
        <w:rPr>
          <w:rFonts w:ascii="Arial Narrow" w:hAnsi="Arial Narrow"/>
          <w:sz w:val="24"/>
          <w:szCs w:val="24"/>
          <w:lang w:val="ru-RU"/>
        </w:rPr>
      </w:pPr>
    </w:p>
    <w:p w14:paraId="62771A8C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sz w:val="24"/>
          <w:szCs w:val="24"/>
          <w:lang w:val="ru-RU"/>
        </w:rPr>
        <w:t>Со почит,</w:t>
      </w:r>
    </w:p>
    <w:p w14:paraId="0E4261FA" w14:textId="77777777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>Прилози:</w:t>
      </w:r>
    </w:p>
    <w:p w14:paraId="23B563A0" w14:textId="1FFD6950" w:rsidR="00715EB0" w:rsidRPr="00DA52A3" w:rsidRDefault="00000000">
      <w:pPr>
        <w:ind w:left="283"/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sz w:val="24"/>
          <w:szCs w:val="24"/>
          <w:lang w:val="ru-RU"/>
        </w:rPr>
        <w:t xml:space="preserve">1. Тековна состојба на друштвото од </w:t>
      </w:r>
      <w:r w:rsidR="00DA52A3">
        <w:rPr>
          <w:rFonts w:ascii="Arial Narrow" w:hAnsi="Arial Narrow"/>
          <w:sz w:val="24"/>
          <w:szCs w:val="24"/>
          <w:lang w:val="ru-RU"/>
        </w:rPr>
        <w:t>30</w:t>
      </w:r>
      <w:r w:rsidRPr="00DA52A3">
        <w:rPr>
          <w:rFonts w:ascii="Arial Narrow" w:hAnsi="Arial Narrow"/>
          <w:sz w:val="24"/>
          <w:szCs w:val="24"/>
          <w:lang w:val="ru-RU"/>
        </w:rPr>
        <w:t>.07.2026 година;</w:t>
      </w:r>
    </w:p>
    <w:p w14:paraId="3EBF7EE7" w14:textId="77777777" w:rsidR="00715EB0" w:rsidRPr="00DA52A3" w:rsidRDefault="00715EB0">
      <w:pPr>
        <w:rPr>
          <w:rFonts w:ascii="Arial Narrow" w:hAnsi="Arial Narrow"/>
          <w:sz w:val="24"/>
          <w:szCs w:val="24"/>
          <w:lang w:val="ru-RU"/>
        </w:rPr>
      </w:pPr>
    </w:p>
    <w:p w14:paraId="53744626" w14:textId="56924A3E" w:rsidR="00715EB0" w:rsidRPr="00DA52A3" w:rsidRDefault="00000000">
      <w:pPr>
        <w:rPr>
          <w:rFonts w:ascii="Arial Narrow" w:hAnsi="Arial Narrow"/>
          <w:sz w:val="24"/>
          <w:szCs w:val="24"/>
          <w:lang w:val="ru-RU"/>
        </w:rPr>
      </w:pPr>
      <w:r w:rsidRPr="00DA52A3">
        <w:rPr>
          <w:rFonts w:ascii="Arial Narrow" w:hAnsi="Arial Narrow"/>
          <w:sz w:val="24"/>
          <w:szCs w:val="24"/>
          <w:lang w:val="ru-RU"/>
        </w:rPr>
        <w:t>Скопје,</w:t>
      </w:r>
      <w:r w:rsidRPr="00DA52A3">
        <w:rPr>
          <w:rFonts w:ascii="Arial Narrow" w:hAnsi="Arial Narrow"/>
          <w:sz w:val="24"/>
          <w:szCs w:val="24"/>
          <w:lang w:val="ru-RU"/>
        </w:rPr>
        <w:br/>
      </w:r>
      <w:r w:rsidR="00DA52A3">
        <w:rPr>
          <w:rFonts w:ascii="Arial Narrow" w:hAnsi="Arial Narrow"/>
          <w:sz w:val="24"/>
          <w:szCs w:val="24"/>
          <w:lang w:val="ru-RU"/>
        </w:rPr>
        <w:t>27</w:t>
      </w:r>
      <w:r w:rsidRPr="00DA52A3">
        <w:rPr>
          <w:rFonts w:ascii="Arial Narrow" w:hAnsi="Arial Narrow"/>
          <w:sz w:val="24"/>
          <w:szCs w:val="24"/>
          <w:lang w:val="ru-RU"/>
        </w:rPr>
        <w:t>.08.2026 година</w:t>
      </w:r>
    </w:p>
    <w:p w14:paraId="2EB40A21" w14:textId="3B49CE78" w:rsidR="00715EB0" w:rsidRPr="00DA52A3" w:rsidRDefault="00DA52A3">
      <w:pPr>
        <w:jc w:val="right"/>
        <w:rPr>
          <w:rFonts w:ascii="Arial Narrow" w:hAnsi="Arial Narrow"/>
          <w:sz w:val="24"/>
          <w:szCs w:val="24"/>
          <w:lang w:val="mk-MK"/>
        </w:rPr>
      </w:pPr>
      <w:r w:rsidRPr="00DA52A3">
        <w:rPr>
          <w:rFonts w:ascii="Arial Narrow" w:hAnsi="Arial Narrow"/>
          <w:b/>
          <w:sz w:val="24"/>
          <w:szCs w:val="24"/>
          <w:lang w:val="ru-RU"/>
        </w:rPr>
        <w:t>АД МАЛОПРОДАЖБА СО УГОСТИТЕЛСТВО Скопје</w:t>
      </w:r>
      <w:r w:rsidRPr="00DA52A3">
        <w:rPr>
          <w:rFonts w:ascii="Arial Narrow" w:hAnsi="Arial Narrow"/>
          <w:b/>
          <w:sz w:val="24"/>
          <w:szCs w:val="24"/>
          <w:lang w:val="ru-RU"/>
        </w:rPr>
        <w:br/>
        <w:t>Извршен директор</w:t>
      </w:r>
      <w:r w:rsidRPr="00DA52A3">
        <w:rPr>
          <w:rFonts w:ascii="Arial Narrow" w:hAnsi="Arial Narrow"/>
          <w:b/>
          <w:sz w:val="24"/>
          <w:szCs w:val="24"/>
          <w:lang w:val="ru-RU"/>
        </w:rPr>
        <w:br/>
      </w:r>
      <w:r>
        <w:rPr>
          <w:rFonts w:ascii="Arial Narrow" w:hAnsi="Arial Narrow"/>
          <w:b/>
          <w:sz w:val="24"/>
          <w:szCs w:val="24"/>
          <w:lang w:val="mk-MK"/>
        </w:rPr>
        <w:t>Давор Настевски</w:t>
      </w:r>
    </w:p>
    <w:sectPr w:rsidR="00715EB0" w:rsidRPr="00DA52A3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8914531">
    <w:abstractNumId w:val="8"/>
  </w:num>
  <w:num w:numId="2" w16cid:durableId="1692565500">
    <w:abstractNumId w:val="6"/>
  </w:num>
  <w:num w:numId="3" w16cid:durableId="1247611511">
    <w:abstractNumId w:val="5"/>
  </w:num>
  <w:num w:numId="4" w16cid:durableId="340359922">
    <w:abstractNumId w:val="4"/>
  </w:num>
  <w:num w:numId="5" w16cid:durableId="460464831">
    <w:abstractNumId w:val="7"/>
  </w:num>
  <w:num w:numId="6" w16cid:durableId="478571239">
    <w:abstractNumId w:val="3"/>
  </w:num>
  <w:num w:numId="7" w16cid:durableId="1678727015">
    <w:abstractNumId w:val="2"/>
  </w:num>
  <w:num w:numId="8" w16cid:durableId="1097404749">
    <w:abstractNumId w:val="1"/>
  </w:num>
  <w:num w:numId="9" w16cid:durableId="130018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2462"/>
    <w:rsid w:val="00326F90"/>
    <w:rsid w:val="004E4C43"/>
    <w:rsid w:val="00697FF6"/>
    <w:rsid w:val="00715EB0"/>
    <w:rsid w:val="00AA1D8D"/>
    <w:rsid w:val="00B47730"/>
    <w:rsid w:val="00CB0664"/>
    <w:rsid w:val="00DA52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ACA9B56"/>
  <w14:defaultImageDpi w14:val="300"/>
  <w15:docId w15:val="{AA2985C0-737F-4D68-870E-C6557E13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Karolina Karovska Bozinovska</cp:lastModifiedBy>
  <cp:revision>2</cp:revision>
  <dcterms:created xsi:type="dcterms:W3CDTF">2026-08-27T08:43:00Z</dcterms:created>
  <dcterms:modified xsi:type="dcterms:W3CDTF">2026-08-27T08:43:00Z</dcterms:modified>
  <cp:category/>
</cp:coreProperties>
</file>